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shd w:val="clear" w:color="auto" w:fill="F9DDC4"/>
        </w:rPr>
        <w:t>[Vor- und Nachnamen aller Mieter]</w:t>
      </w:r>
      <w:r>
        <w:br/>
      </w:r>
      <w:r>
        <w:rPr/>
        <w:t xml:space="preserve"> </w:t>
      </w:r>
      <w:r>
        <w:rPr>
          <w:shd w:val="clear" w:color="auto" w:fill="F9DDC4"/>
        </w:rPr>
        <w:t>[Straße und Hausnummer der Wohnung]</w:t>
      </w:r>
      <w:r>
        <w:br/>
      </w:r>
      <w:r>
        <w:rPr/>
        <w:t xml:space="preserve"> </w:t>
      </w:r>
      <w:r>
        <w:rPr>
          <w:shd w:val="clear" w:color="auto" w:fill="F9DDC4"/>
        </w:rPr>
        <w:t>[PLZ und Ort]</w:t>
      </w:r>
    </w:p>
    <w:p>
      <w:pPr>
        <w:spacing w:after="120"/>
      </w:pPr>
      <w:r>
        <w:rPr/>
        <w:t>An</w:t>
      </w:r>
      <w:r>
        <w:br/>
      </w:r>
      <w:r>
        <w:rPr/>
        <w:t xml:space="preserve"> </w:t>
      </w:r>
      <w:r>
        <w:rPr>
          <w:shd w:val="clear" w:color="auto" w:fill="F9DDC4"/>
        </w:rPr>
        <w:t>[Namen aller Vermieter oder Name der Hausverwaltung]</w:t>
      </w:r>
      <w:r>
        <w:br/>
      </w:r>
      <w:r>
        <w:rPr/>
        <w:t xml:space="preserve"> </w:t>
      </w:r>
      <w:r>
        <w:rPr>
          <w:shd w:val="clear" w:color="auto" w:fill="F9DDC4"/>
        </w:rPr>
        <w:t>[Anschrift des Vermieters oder der Hausverwaltung]</w:t>
      </w:r>
    </w:p>
    <w:p>
      <w:pPr>
        <w:spacing w:after="120"/>
      </w:pPr>
      <w:r>
        <w:rPr>
          <w:shd w:val="clear" w:color="auto" w:fill="F9DDC4"/>
        </w:rPr>
        <w:t>[Ort und Datum des Schreibens]</w:t>
      </w:r>
    </w:p>
    <w:p>
      <w:pPr>
        <w:spacing w:after="120"/>
      </w:pPr>
      <w:r>
        <w:rPr/>
        <w:t xml:space="preserve">Betreff: Kündigung des Mietvertrags vom </w:t>
      </w:r>
      <w:r>
        <w:rPr>
          <w:shd w:val="clear" w:color="auto" w:fill="F9DDC4"/>
        </w:rPr>
        <w:t>[Datum des Mietvertrags]</w:t>
      </w:r>
      <w:r>
        <w:rPr/>
        <w:t xml:space="preserve"> über die Wohnung </w:t>
      </w:r>
      <w:r>
        <w:rPr>
          <w:shd w:val="clear" w:color="auto" w:fill="F9DDC4"/>
        </w:rPr>
        <w:t>[Straße, Hausnummer, Geschoss und Lage, PLZ und Ort]</w:t>
      </w:r>
    </w:p>
    <w:p>
      <w:pPr>
        <w:spacing w:after="120"/>
      </w:pPr>
      <w:r>
        <w:rPr/>
        <w:t>Sehr geehrte Damen und Herren,</w:t>
      </w:r>
    </w:p>
    <w:p>
      <w:pPr>
        <w:spacing w:after="120"/>
      </w:pPr>
      <w:r>
        <w:rPr/>
        <w:t xml:space="preserve">hiermit </w:t>
      </w:r>
      <w:r>
        <w:rPr>
          <w:shd w:val="clear" w:color="auto" w:fill="F9DDC4"/>
        </w:rPr>
        <w:t>[kündige ich / kündigen wir]</w:t>
      </w:r>
      <w:r>
        <w:rPr/>
        <w:t xml:space="preserve"> das Mietverhältnis über die oben genannte Wohnung ordentlich und fristgerecht zum </w:t>
      </w:r>
      <w:r>
        <w:rPr>
          <w:shd w:val="clear" w:color="auto" w:fill="F9DDC4"/>
        </w:rPr>
        <w:t>[Mietende]</w:t>
      </w:r>
      <w:r>
        <w:rPr/>
        <w:t>, hilfsweise zum nächstmöglichen Termin.</w:t>
      </w:r>
    </w:p>
    <w:p>
      <w:pPr>
        <w:spacing w:after="120"/>
      </w:pPr>
      <w:r>
        <w:rPr/>
        <w:t>Bitte bestätigen Sie den Eingang dieser Kündigung und das Mietende schriftlich.</w:t>
      </w:r>
    </w:p>
    <w:p>
      <w:pPr>
        <w:spacing w:after="120"/>
      </w:pPr>
      <w:r>
        <w:rPr/>
        <w:t xml:space="preserve">Als Termin für die Übergabe der Wohnung und aller Schlüssel wird der </w:t>
      </w:r>
      <w:r>
        <w:rPr>
          <w:shd w:val="clear" w:color="auto" w:fill="F9DDC4"/>
        </w:rPr>
        <w:t>[Wunschtermin für die Übergabe]</w:t>
      </w:r>
      <w:r>
        <w:rPr/>
        <w:t xml:space="preserve"> vorgeschlagen. Bitte bestätigen Sie ihn oder nennen Sie einen anderen Termin bis zum Mietende.</w:t>
      </w:r>
    </w:p>
    <w:p>
      <w:pPr>
        <w:spacing w:after="120"/>
      </w:pPr>
      <w:r>
        <w:rPr/>
        <w:t xml:space="preserve">Die Mietkaution samt Zinsen überweisen Sie bitte nach der Abrechnung auf das Konto </w:t>
      </w:r>
      <w:r>
        <w:rPr>
          <w:shd w:val="clear" w:color="auto" w:fill="F9DDC4"/>
        </w:rPr>
        <w:t>[Kontoinhaber und IBAN]</w:t>
      </w:r>
      <w:r>
        <w:rPr/>
        <w:t>.</w:t>
      </w:r>
    </w:p>
    <w:p>
      <w:pPr>
        <w:spacing w:after="120"/>
      </w:pPr>
      <w:r>
        <w:rPr/>
        <w:t xml:space="preserve">Ab dem </w:t>
      </w:r>
      <w:r>
        <w:rPr>
          <w:shd w:val="clear" w:color="auto" w:fill="F9DDC4"/>
        </w:rPr>
        <w:t>[Auszugsdatum]</w:t>
      </w:r>
      <w:r>
        <w:rPr/>
        <w:t xml:space="preserve"> lautet die Anschrift für Post und Abrechnungen: </w:t>
      </w:r>
      <w:r>
        <w:rPr>
          <w:shd w:val="clear" w:color="auto" w:fill="F9DDC4"/>
        </w:rPr>
        <w:t>[neue Anschrift]</w:t>
      </w:r>
      <w:r>
        <w:rPr/>
        <w:t>.</w:t>
      </w:r>
    </w:p>
    <w:p>
      <w:pPr>
        <w:spacing w:after="120"/>
      </w:pPr>
      <w:r>
        <w:rPr/>
        <w:t>Mit freundlichen Grüßen</w:t>
      </w:r>
    </w:p>
    <w:tbl>
      <w:tblPr>
        <w:tblW w:type="dxa" w:w="9638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keepNext/>
              <w:spacing w:before="560" w:after="0"/>
            </w:pPr>
            <w:r>
              <w:t>____________________________________</w:t>
            </w:r>
          </w:p>
          <w:p>
            <w:pPr>
              <w:spacing w:after="80"/>
            </w:pPr>
            <w:r>
              <w:rPr>
                <w:color w:val="5A5A5A"/>
                <w:sz w:val="17"/>
              </w:rPr>
              <w:t>Unterschrift Mieter</w:t>
            </w:r>
          </w:p>
        </w:tc>
        <w:tc>
          <w:tcPr>
            <w:tcW w:type="dxa" w:w="4819"/>
          </w:tcPr>
          <w:p>
            <w:pPr>
              <w:keepNext/>
              <w:spacing w:before="560" w:after="0"/>
            </w:pPr>
            <w:r>
              <w:t>____________________________________</w:t>
            </w:r>
          </w:p>
          <w:p>
            <w:pPr>
              <w:spacing w:after="80"/>
            </w:pPr>
            <w:r>
              <w:rPr>
                <w:color w:val="5A5A5A"/>
                <w:sz w:val="17"/>
              </w:rPr>
              <w:t>Unterschrift weiterer Mieter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shd w:val="clear" w:color="auto" w:fill="F9DDC4"/>
        </w:rPr>
        <w:t>[Vor- und Nachnamen aller Mieter]</w:t>
      </w:r>
    </w:p>
    <w:p>
      <w:pPr>
        <w:pStyle w:val="Heading1"/>
        <w:pageBreakBefore/>
      </w:pPr>
      <w:r>
        <w:rPr>
          <w:color w:val="14264A"/>
        </w:rPr>
        <w:t>Zustellprotokoll für den Boten</w:t>
      </w:r>
    </w:p>
    <w:tbl>
      <w:tblPr>
        <w:tblW w:type="dxa" w:w="9638"/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rPr>
          <w:trHeight w:val="567" w:hRule="atLeast"/>
        </w:trPr>
        <w:tc>
          <w:tcPr>
            <w:tcW w:type="dxa" w:w="2948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>
            <w:r>
              <w:rPr>
                <w:b/>
              </w:rPr>
              <w:t>Zugestelltes Schreiben</w:t>
            </w:r>
          </w:p>
          <w:p>
            <w:r>
              <w:rPr>
                <w:color w:val="5A5A5A"/>
                <w:sz w:val="16"/>
              </w:rPr>
              <w:t>Kündigung des Mietvertrags von … vom …</w:t>
            </w:r>
          </w:p>
        </w:tc>
        <w:tc>
          <w:tcPr>
            <w:tcW w:type="dxa" w:w="6690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/>
        </w:tc>
      </w:tr>
      <w:tr>
        <w:trPr>
          <w:trHeight w:val="567" w:hRule="atLeast"/>
        </w:trPr>
        <w:tc>
          <w:tcPr>
            <w:tcW w:type="dxa" w:w="2948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>
            <w:r>
              <w:rPr>
                <w:b/>
              </w:rPr>
              <w:t>Unterschriebenes Schreiben gelesen und selbst in den Umschlag gesteckt am</w:t>
            </w:r>
          </w:p>
          <w:p>
            <w:r>
              <w:rPr>
                <w:color w:val="5A5A5A"/>
                <w:sz w:val="16"/>
              </w:rPr>
              <w:t>Datum und Uhrzeit</w:t>
            </w:r>
          </w:p>
        </w:tc>
        <w:tc>
          <w:tcPr>
            <w:tcW w:type="dxa" w:w="6690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/>
        </w:tc>
      </w:tr>
      <w:tr>
        <w:trPr>
          <w:trHeight w:val="567" w:hRule="atLeast"/>
        </w:trPr>
        <w:tc>
          <w:tcPr>
            <w:tcW w:type="dxa" w:w="2948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>
            <w:r>
              <w:rPr>
                <w:b/>
              </w:rPr>
              <w:t>Eingeworfen in den Briefkasten von</w:t>
            </w:r>
          </w:p>
          <w:p>
            <w:r>
              <w:rPr>
                <w:color w:val="5A5A5A"/>
                <w:sz w:val="16"/>
              </w:rPr>
              <w:t>Name auf dem Briefkasten, Straße, Hausnummer, PLZ und Ort</w:t>
            </w:r>
          </w:p>
        </w:tc>
        <w:tc>
          <w:tcPr>
            <w:tcW w:type="dxa" w:w="6690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/>
        </w:tc>
      </w:tr>
      <w:tr>
        <w:trPr>
          <w:trHeight w:val="567" w:hRule="atLeast"/>
        </w:trPr>
        <w:tc>
          <w:tcPr>
            <w:tcW w:type="dxa" w:w="2948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>
            <w:r>
              <w:rPr>
                <w:b/>
              </w:rPr>
              <w:t>Eingeworfen am</w:t>
            </w:r>
          </w:p>
          <w:p>
            <w:r>
              <w:rPr>
                <w:color w:val="5A5A5A"/>
                <w:sz w:val="16"/>
              </w:rPr>
              <w:t>Datum und Uhrzeit des Einwurfs</w:t>
            </w:r>
          </w:p>
        </w:tc>
        <w:tc>
          <w:tcPr>
            <w:tcW w:type="dxa" w:w="6690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/>
        </w:tc>
      </w:tr>
      <w:tr>
        <w:trPr>
          <w:trHeight w:val="567" w:hRule="atLeast"/>
        </w:trPr>
        <w:tc>
          <w:tcPr>
            <w:tcW w:type="dxa" w:w="2948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>
            <w:r>
              <w:rPr>
                <w:b/>
              </w:rPr>
              <w:t>Bote</w:t>
            </w:r>
          </w:p>
          <w:p>
            <w:r>
              <w:rPr>
                <w:color w:val="5A5A5A"/>
                <w:sz w:val="16"/>
              </w:rPr>
              <w:t>Vor- und Nachname, Anschrift, Telefon</w:t>
            </w:r>
          </w:p>
        </w:tc>
        <w:tc>
          <w:tcPr>
            <w:tcW w:type="dxa" w:w="6690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/>
        </w:tc>
      </w:tr>
      <w:tr>
        <w:trPr>
          <w:trHeight w:val="794" w:hRule="atLeast"/>
        </w:trPr>
        <w:tc>
          <w:tcPr>
            <w:tcW w:type="dxa" w:w="2948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>
            <w:r>
              <w:rPr>
                <w:b/>
              </w:rPr>
              <w:t>Unterschrift des Boten</w:t>
            </w:r>
          </w:p>
          <w:p>
            <w:r>
              <w:rPr>
                <w:color w:val="5A5A5A"/>
                <w:sz w:val="16"/>
              </w:rPr>
              <w:t>eigenhändige Unterschrift</w:t>
            </w:r>
          </w:p>
        </w:tc>
        <w:tc>
          <w:tcPr>
            <w:tcW w:type="dxa" w:w="6690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/>
        </w:tc>
      </w:tr>
    </w:tbl>
    <w:p>
      <w:pPr>
        <w:spacing w:after="40"/>
      </w:pPr>
    </w:p>
    <w:p>
      <w:pPr>
        <w:spacing w:after="120" w:before="200"/>
      </w:pPr>
      <w:r>
        <w:rPr>
          <w:color w:val="5A5A5A"/>
          <w:sz w:val="17"/>
        </w:rPr>
        <w:t>Muster ohne Gewähr: Prüfe vor dem Absenden, ob es zu deinem Fall passt. Erklärungen und Beispiele stehen im Ratgeber unter der angegebenen Adresse.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/>
    <w:r>
      <w:rPr>
        <w:color w:val="5A5A5A"/>
        <w:sz w:val="16"/>
      </w:rPr>
      <w:t>Erklärungen: umzugmuecke.de/rechtliches/kuendigung-wohnung-vorlage/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Kündigung der Wohnung durch den Mieter</dc:title>
  <dc:subject/>
  <dc:creator>umzugmuecke.de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