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14264A"/>
          <w:sz w:val="30"/>
        </w:rPr>
        <w:t>Vollmacht für die Zulassungsbehörde</w:t>
      </w:r>
    </w:p>
    <w:p>
      <w:pPr>
        <w:spacing w:after="120"/>
      </w:pPr>
      <w:r>
        <w:rPr/>
        <w:t xml:space="preserve">Ich, </w:t>
      </w:r>
      <w:r>
        <w:rPr>
          <w:shd w:val="clear" w:color="auto" w:fill="F9DDC4"/>
        </w:rPr>
        <w:t>[Vor- und Nachname des Halters]</w:t>
      </w:r>
      <w:r>
        <w:rPr/>
        <w:t xml:space="preserve">, geboren am </w:t>
      </w:r>
      <w:r>
        <w:rPr>
          <w:shd w:val="clear" w:color="auto" w:fill="F9DDC4"/>
        </w:rPr>
        <w:t>[Geburtsdatum des Halters]</w:t>
      </w:r>
      <w:r>
        <w:rPr/>
        <w:t xml:space="preserve">, wohnhaft </w:t>
      </w:r>
      <w:r>
        <w:rPr>
          <w:shd w:val="clear" w:color="auto" w:fill="F9DDC4"/>
        </w:rPr>
        <w:t>[Anschrift des Halters wie im Ausweis]</w:t>
      </w:r>
      <w:r>
        <w:rPr/>
        <w:t xml:space="preserve">, bevollmächtige </w:t>
      </w:r>
      <w:r>
        <w:rPr>
          <w:shd w:val="clear" w:color="auto" w:fill="F9DDC4"/>
        </w:rPr>
        <w:t>[Vor- und Nachname der bevollmächtigten Person]</w:t>
      </w:r>
      <w:r>
        <w:rPr/>
        <w:t xml:space="preserve">, geboren am </w:t>
      </w:r>
      <w:r>
        <w:rPr>
          <w:shd w:val="clear" w:color="auto" w:fill="F9DDC4"/>
        </w:rPr>
        <w:t>[Geburtsdatum der bevollmächtigten Person]</w:t>
      </w:r>
      <w:r>
        <w:rPr/>
        <w:t xml:space="preserve">, wohnhaft </w:t>
      </w:r>
      <w:r>
        <w:rPr>
          <w:shd w:val="clear" w:color="auto" w:fill="F9DDC4"/>
        </w:rPr>
        <w:t>[Anschrift der bevollmächtigten Person]</w:t>
      </w:r>
      <w:r>
        <w:rPr/>
        <w:t>, mich in folgendem Vorgang zu vertreten:</w:t>
      </w:r>
    </w:p>
    <w:p>
      <w:pPr>
        <w:spacing w:after="120"/>
      </w:pPr>
      <w:r>
        <w:rPr>
          <w:rFonts w:ascii="Segoe UI Symbol" w:hAnsi="Segoe UI Symbol"/>
        </w:rPr>
        <w:t>☐</w:t>
      </w:r>
      <w:r>
        <w:rPr/>
        <w:t xml:space="preserve"> Änderung der Anschrift im Fahrzeugschein nach einem Umzug im selben Zulassungsbezirk</w:t>
      </w:r>
    </w:p>
    <w:p>
      <w:pPr>
        <w:spacing w:after="120"/>
      </w:pPr>
      <w:r>
        <w:rPr>
          <w:rFonts w:ascii="Segoe UI Symbol" w:hAnsi="Segoe UI Symbol"/>
        </w:rPr>
        <w:t>☐</w:t>
      </w:r>
      <w:r>
        <w:rPr/>
        <w:t xml:space="preserve"> Umschreibung nach einem Umzug in einen anderen Zulassungsbezirk, das bisherige Kennzeichen bleibt</w:t>
      </w:r>
    </w:p>
    <w:p>
      <w:pPr>
        <w:spacing w:after="120"/>
      </w:pPr>
      <w:r>
        <w:rPr>
          <w:rFonts w:ascii="Segoe UI Symbol" w:hAnsi="Segoe UI Symbol"/>
        </w:rPr>
        <w:t>☐</w:t>
      </w:r>
      <w:r>
        <w:rPr/>
        <w:t xml:space="preserve"> Umschreibung nach einem Umzug in einen anderen Zulassungsbezirk mit neuem Kennzeichen</w:t>
      </w:r>
    </w:p>
    <w:p>
      <w:pPr>
        <w:spacing w:after="120"/>
      </w:pPr>
      <w:r>
        <w:rPr>
          <w:b/>
        </w:rPr>
        <w:t>Behörde:</w:t>
      </w:r>
      <w:r>
        <w:rPr/>
        <w:t xml:space="preserve"> </w:t>
      </w:r>
      <w:r>
        <w:rPr>
          <w:shd w:val="clear" w:color="auto" w:fill="F9DDC4"/>
        </w:rPr>
        <w:t>[Zulassungsbehörde oder Bürgeramt mit Ort]</w:t>
      </w:r>
    </w:p>
    <w:p>
      <w:pPr>
        <w:spacing w:after="120"/>
      </w:pPr>
      <w:r>
        <w:rPr>
          <w:b/>
        </w:rPr>
        <w:t>Fahrzeug:</w:t>
      </w:r>
      <w:r>
        <w:rPr/>
        <w:t xml:space="preserve"> amtliches Kennzeichen </w:t>
      </w:r>
      <w:r>
        <w:rPr>
          <w:shd w:val="clear" w:color="auto" w:fill="F9DDC4"/>
        </w:rPr>
        <w:t>[Kennzeichen]</w:t>
      </w:r>
      <w:r>
        <w:rPr/>
        <w:t xml:space="preserve">, Fahrzeug-Identifizierungsnummer </w:t>
      </w:r>
      <w:r>
        <w:rPr>
          <w:shd w:val="clear" w:color="auto" w:fill="F9DDC4"/>
        </w:rPr>
        <w:t>[Fahrzeug-Identifizierungsnummer aus dem Fahrzeugschein]</w:t>
      </w:r>
    </w:p>
    <w:p>
      <w:pPr>
        <w:spacing w:after="120"/>
      </w:pPr>
      <w:r>
        <w:rPr>
          <w:b/>
        </w:rPr>
        <w:t>Die bevollmächtigte Person darf</w:t>
      </w:r>
      <w:r>
        <w:rPr/>
        <w:t xml:space="preserve"> für mich die nötigen Anträge stellen und unterschreiben, meine Fahrzeugpapiere vorlegen, die Gebühren zahlen und den Fahrzeugschein, Bescheide und Plaketten entgegennehmen. Die Vollmacht gilt nur für diesen Vorgang.</w:t>
      </w:r>
    </w:p>
    <w:p>
      <w:pPr>
        <w:spacing w:after="120"/>
      </w:pPr>
      <w:r>
        <w:rPr>
          <w:shd w:val="clear" w:color="auto" w:fill="F9DDC4"/>
        </w:rPr>
        <w:t>[Ort]</w:t>
      </w:r>
      <w:r>
        <w:rPr/>
        <w:t xml:space="preserve">, </w:t>
      </w:r>
      <w:r>
        <w:rPr>
          <w:shd w:val="clear" w:color="auto" w:fill="F9DDC4"/>
        </w:rPr>
        <w:t>[Datum]</w:t>
      </w:r>
    </w:p>
    <w:tbl>
      <w:tblPr>
        <w:tblW w:type="dxa" w:w="9638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keepNext/>
              <w:spacing w:before="560" w:after="0"/>
            </w:pPr>
            <w:r>
              <w:t>____________________________________</w:t>
            </w:r>
          </w:p>
          <w:p>
            <w:pPr>
              <w:spacing w:after="80"/>
            </w:pPr>
            <w:r>
              <w:rPr>
                <w:color w:val="5A5A5A"/>
                <w:sz w:val="17"/>
              </w:rPr>
              <w:t>Unterschrift</w:t>
            </w:r>
          </w:p>
        </w:tc>
        <w:tc>
          <w:tcPr>
            <w:tcW w:type="dxa" w:w="4819"/>
          </w:tcPr>
          <w:p/>
        </w:tc>
      </w:tr>
    </w:tbl>
    <w:p>
      <w:pPr>
        <w:spacing w:after="40"/>
      </w:pP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88" w:lineRule="auto"/>
    </w:pPr>
    <w:rPr>
      <w:rFonts w:ascii="Arial" w:hAnsi="Arial" w:eastAsia="Arial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eastAsia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eastAsia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für die Zulassungsbehörde</dc:title>
  <dc:subject/>
  <dc:creator>umzugmuecke.de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