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4264A"/>
          <w:sz w:val="30"/>
        </w:rPr>
        <w:t>Vollmacht zur Wohnungsübergabe</w:t>
      </w:r>
    </w:p>
    <w:p>
      <w:pPr>
        <w:spacing w:after="120"/>
      </w:pPr>
      <w:r>
        <w:rPr/>
        <w:t xml:space="preserve">Ich, </w:t>
      </w:r>
      <w:r>
        <w:rPr>
          <w:shd w:val="clear" w:color="auto" w:fill="F9DDC4"/>
        </w:rPr>
        <w:t>[Dein Vor- und Nachname]</w:t>
      </w:r>
      <w:r>
        <w:rPr/>
        <w:t xml:space="preserve">, wohnhaft </w:t>
      </w:r>
      <w:r>
        <w:rPr>
          <w:shd w:val="clear" w:color="auto" w:fill="F9DDC4"/>
        </w:rPr>
        <w:t>[Deine Anschrift]</w:t>
      </w:r>
      <w:r>
        <w:rPr/>
        <w:t xml:space="preserve">, bevollmächtige </w:t>
      </w:r>
      <w:r>
        <w:rPr>
          <w:shd w:val="clear" w:color="auto" w:fill="F9DDC4"/>
        </w:rPr>
        <w:t>[Vor- und Nachname der Vertretung]</w:t>
      </w:r>
      <w:r>
        <w:rPr/>
        <w:t xml:space="preserve">, wohnhaft </w:t>
      </w:r>
      <w:r>
        <w:rPr>
          <w:shd w:val="clear" w:color="auto" w:fill="F9DDC4"/>
        </w:rPr>
        <w:t>[Anschrift der Vertretung]</w:t>
      </w:r>
      <w:r>
        <w:rPr/>
        <w:t xml:space="preserve">, mich bei der Übergabe der Wohnung </w:t>
      </w:r>
      <w:r>
        <w:rPr>
          <w:shd w:val="clear" w:color="auto" w:fill="F9DDC4"/>
        </w:rPr>
        <w:t>[Straße, Hausnummer, Postleitzahl, Ort, Etage und Lage der Wohnung]</w:t>
      </w:r>
      <w:r>
        <w:rPr/>
        <w:t xml:space="preserve"> einschließlich </w:t>
      </w:r>
      <w:r>
        <w:rPr>
          <w:shd w:val="clear" w:color="auto" w:fill="F9DDC4"/>
        </w:rPr>
        <w:t>[Keller, Dachboden, Stellplatz oder „keine Nebenräume“]</w:t>
      </w:r>
      <w:r>
        <w:rPr/>
        <w:t xml:space="preserve"> zu vertreten.</w:t>
      </w:r>
    </w:p>
    <w:p>
      <w:pPr>
        <w:spacing w:after="120"/>
      </w:pPr>
      <w:r>
        <w:rPr>
          <w:b/>
        </w:rPr>
        <w:t>Anlass:</w:t>
      </w:r>
      <w:r>
        <w:rPr/>
        <w:t xml:space="preserve"> </w:t>
      </w:r>
      <w:r>
        <w:rPr>
          <w:rFonts w:ascii="Segoe UI Symbol" w:hAnsi="Segoe UI Symbol"/>
        </w:rPr>
        <w:t>☐</w:t>
      </w:r>
      <w:r>
        <w:rPr/>
        <w:t xml:space="preserve"> Rückgabe beim Auszug </w:t>
      </w:r>
      <w:r>
        <w:rPr>
          <w:rFonts w:ascii="Segoe UI Symbol" w:hAnsi="Segoe UI Symbol"/>
        </w:rPr>
        <w:t>☐</w:t>
      </w:r>
      <w:r>
        <w:rPr/>
        <w:t xml:space="preserve"> Übernahme beim Einzug</w:t>
      </w:r>
    </w:p>
    <w:p>
      <w:pPr>
        <w:spacing w:after="120"/>
      </w:pPr>
      <w:r>
        <w:rPr>
          <w:b/>
        </w:rPr>
        <w:t>Termin:</w:t>
      </w:r>
      <w:r>
        <w:rPr/>
        <w:t xml:space="preserve"> </w:t>
      </w:r>
      <w:r>
        <w:rPr>
          <w:shd w:val="clear" w:color="auto" w:fill="F9DDC4"/>
        </w:rPr>
        <w:t>[Datum und Uhrzeit des Termins]</w:t>
      </w:r>
    </w:p>
    <w:p>
      <w:pPr>
        <w:spacing w:after="120"/>
      </w:pPr>
      <w:r>
        <w:rPr>
          <w:b/>
        </w:rPr>
        <w:t>Vermieter:</w:t>
      </w:r>
      <w:r>
        <w:rPr/>
        <w:t xml:space="preserve"> </w:t>
      </w:r>
      <w:r>
        <w:rPr>
          <w:shd w:val="clear" w:color="auto" w:fill="F9DDC4"/>
        </w:rPr>
        <w:t>[Name des Vermieters oder der Hausverwaltung]</w:t>
      </w:r>
    </w:p>
    <w:p>
      <w:pPr>
        <w:spacing w:after="120"/>
      </w:pPr>
      <w:r>
        <w:rPr>
          <w:b/>
        </w:rPr>
        <w:t>Meine Vertretung darf:</w:t>
      </w:r>
      <w:r>
        <w:rPr/>
        <w:t xml:space="preserve"> Schlüssel abgeben oder entgegennehmen und sich den Empfang mit Art und Anzahl quittieren lassen, Zählerstände mit Zählernummer ablesen und fotografieren sowie den Zustand der Wohnung mit Notizen und Fotos festhalten und mir bei einer Übernahme meine Rechte wegen festgestellter Mängel vorbehalten.</w:t>
      </w:r>
    </w:p>
    <w:p>
      <w:pPr>
        <w:keepNext/>
        <w:spacing w:after="120" w:before="160"/>
      </w:pPr>
      <w:r>
        <w:rPr>
          <w:b/>
        </w:rPr>
        <w:t>Nur wenn angekreuzt:</w:t>
      </w:r>
    </w:p>
    <w:p>
      <w:pPr>
        <w:spacing w:after="120"/>
      </w:pPr>
      <w:r>
        <w:rPr>
          <w:rFonts w:ascii="Segoe UI Symbol" w:hAnsi="Segoe UI Symbol"/>
        </w:rPr>
        <w:t>☐</w:t>
      </w:r>
      <w:r>
        <w:rPr/>
        <w:t xml:space="preserve"> das Übergabeprotokoll in meinem Namen unterschreiben, soweit es Schlüssel, Zählerstände und den Zustand der Wohnung festhält.</w:t>
      </w:r>
    </w:p>
    <w:p>
      <w:pPr>
        <w:spacing w:after="120"/>
      </w:pPr>
      <w:r>
        <w:rPr>
          <w:rFonts w:ascii="Segoe UI Symbol" w:hAnsi="Segoe UI Symbol"/>
        </w:rPr>
        <w:t>☐</w:t>
      </w:r>
      <w:r>
        <w:rPr/>
        <w:t xml:space="preserve"> in meinem Namen ausschließlich folgende Erklärung abgeben: </w:t>
      </w:r>
      <w:r>
        <w:rPr>
          <w:shd w:val="clear" w:color="auto" w:fill="F9DDC4"/>
        </w:rPr>
        <w:t>[Wortlaut der Erklärung, sonst Zeile streichen]</w:t>
      </w:r>
      <w:r>
        <w:rPr/>
        <w:t>.</w:t>
      </w:r>
    </w:p>
    <w:p>
      <w:pPr>
        <w:spacing w:after="120"/>
      </w:pPr>
      <w:r>
        <w:rPr>
          <w:b/>
        </w:rPr>
        <w:t>Nicht erlaubt</w:t>
      </w:r>
      <w:r>
        <w:rPr/>
        <w:t xml:space="preserve"> ist, Kosten, Reparaturen oder Renovierungen zuzusagen, Schäden als von mir verursacht anzuerkennen, Abzügen von der Kaution zuzustimmen, auf Ansprüche zu verzichten oder zu bestätigen, dass alle Ansprüche erledigt sind, den Mietvertrag zu ändern oder aufzuheben, Erklärungen für mich entgegenzunehmen und weitere Personen zu bevollmächtigen. Sätze dieser Art im Protokoll sind zu streichen; sonst wird es nicht unterschrieben.</w:t>
      </w:r>
    </w:p>
    <w:p>
      <w:pPr>
        <w:spacing w:after="120"/>
      </w:pPr>
      <w:r>
        <w:rPr/>
        <w:t xml:space="preserve">Die Vollmacht gilt nur für diesen Termin und endet spätestens am </w:t>
      </w:r>
      <w:r>
        <w:rPr>
          <w:shd w:val="clear" w:color="auto" w:fill="F9DDC4"/>
        </w:rPr>
        <w:t>[Enddatum der Vollmacht]</w:t>
      </w:r>
      <w:r>
        <w:rPr/>
        <w:t xml:space="preserve"> um 24 Uhr. Während des Termins bin ich erreichbar unter </w:t>
      </w:r>
      <w:r>
        <w:rPr>
          <w:shd w:val="clear" w:color="auto" w:fill="F9DDC4"/>
        </w:rPr>
        <w:t>[Deine Telefonnummer]</w:t>
      </w:r>
      <w:r>
        <w:rPr/>
        <w:t xml:space="preserve">. Protokollkopie, Schlüsselquittung und Fotos bitte bis </w:t>
      </w:r>
      <w:r>
        <w:rPr>
          <w:shd w:val="clear" w:color="auto" w:fill="F9DDC4"/>
        </w:rPr>
        <w:t>[Datum für den Rücklauf]</w:t>
      </w:r>
      <w:r>
        <w:rPr/>
        <w:t xml:space="preserve"> an mich, danach diese Vollmacht im Original zurück.</w:t>
      </w:r>
    </w:p>
    <w:p>
      <w:pPr>
        <w:spacing w:after="120"/>
      </w:pPr>
      <w:r>
        <w:rPr>
          <w:shd w:val="clear" w:color="auto" w:fill="F9DDC4"/>
        </w:rPr>
        <w:t>[Ort]</w:t>
      </w:r>
      <w:r>
        <w:rPr/>
        <w:t xml:space="preserve">, </w:t>
      </w:r>
      <w:r>
        <w:rPr>
          <w:shd w:val="clear" w:color="auto" w:fill="F9DDC4"/>
        </w:rPr>
        <w:t>[Datum der Ausstellung]</w:t>
      </w:r>
    </w:p>
    <w:tbl>
      <w:tblPr>
        <w:tblW w:type="dxa" w:w="9638"/>
        <w:tblLayout w:type="fixed"/>
        <w:tblLook w:firstColumn="1" w:firstRow="1" w:lastColumn="0" w:lastRow="0" w:noHBand="0" w:noVBand="1" w:val="04A0"/>
      </w:tblPr>
      <w:tblGrid>
        <w:gridCol w:w="4819"/>
        <w:gridCol w:w="4819"/>
      </w:tblGrid>
      <w:tr>
        <w:tc>
          <w:tcPr>
            <w:tcW w:type="dxa" w:w="4819"/>
          </w:tcPr>
          <w:p>
            <w:pPr>
              <w:keepNext/>
              <w:spacing w:before="560" w:after="0"/>
            </w:pPr>
            <w:r>
              <w:t>____________________________________</w:t>
            </w:r>
          </w:p>
          <w:p>
            <w:pPr>
              <w:spacing w:after="80"/>
            </w:pPr>
            <w:r>
              <w:rPr>
                <w:color w:val="5A5A5A"/>
                <w:sz w:val="17"/>
              </w:rPr>
              <w:t>Unterschrift</w:t>
            </w:r>
          </w:p>
        </w:tc>
        <w:tc>
          <w:tcPr>
            <w:tcW w:type="dxa" w:w="4819"/>
          </w:tcPr>
          <w:p/>
        </w:tc>
      </w:tr>
    </w:tbl>
    <w:p>
      <w:pPr>
        <w:spacing w:after="40"/>
      </w:pP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pPr>
    <w:rPr>
      <w:rFonts w:ascii="Arial" w:hAnsi="Arial" w:eastAsia="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zur Wohnungsübergabe</dc:title>
  <dc:subject/>
  <dc:creator>umzugmuecke.de</dc:creator>
  <cp:keywords/>
  <dc:description>generated by python-docx</dc:description>
  <cp:lastModifiedBy/>
  <cp:revision>1</cp:revision>
  <dcterms:created xsi:type="dcterms:W3CDTF">2013-12-23T23:15:00Z</dcterms:created>
  <dcterms:modified xsi:type="dcterms:W3CDTF">2013-12-23T23:15:00Z</dcterms:modified>
  <cp:category/>
</cp:coreProperties>
</file>