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</w:pPr>
      <w:r>
        <w:rPr>
          <w:shd w:val="clear" w:color="auto" w:fill="F9DDC4"/>
        </w:rPr>
        <w:t>[Vor- und Nachname]</w:t>
      </w:r>
    </w:p>
    <w:p>
      <w:pPr>
        <w:spacing w:after="120"/>
      </w:pPr>
      <w:r>
        <w:rPr>
          <w:shd w:val="clear" w:color="auto" w:fill="F9DDC4"/>
        </w:rPr>
        <w:t>[Anschrift]</w:t>
      </w:r>
    </w:p>
    <w:p>
      <w:pPr>
        <w:spacing w:after="120"/>
      </w:pPr>
      <w:r>
        <w:rPr/>
        <w:t xml:space="preserve">An das Jobcenter </w:t>
      </w:r>
      <w:r>
        <w:rPr>
          <w:shd w:val="clear" w:color="auto" w:fill="F9DDC4"/>
        </w:rPr>
        <w:t>[Name und Anschrift des Jobcenters]</w:t>
      </w:r>
    </w:p>
    <w:p>
      <w:pPr>
        <w:spacing w:after="120"/>
      </w:pPr>
      <w:r>
        <w:rPr>
          <w:shd w:val="clear" w:color="auto" w:fill="F9DDC4"/>
        </w:rPr>
        <w:t>[Ort]</w:t>
      </w:r>
      <w:r>
        <w:rPr/>
        <w:t xml:space="preserve">, </w:t>
      </w:r>
      <w:r>
        <w:rPr>
          <w:shd w:val="clear" w:color="auto" w:fill="F9DDC4"/>
        </w:rPr>
        <w:t>[Datum]</w:t>
      </w:r>
    </w:p>
    <w:p>
      <w:pPr>
        <w:spacing w:after="120"/>
      </w:pPr>
      <w:r>
        <w:rPr/>
        <w:t>Betreff: Antrag auf Zusicherung nach § 22 Absatz 4 und 6 SGB II</w:t>
      </w:r>
    </w:p>
    <w:p>
      <w:pPr>
        <w:spacing w:after="120"/>
      </w:pPr>
      <w:r>
        <w:rPr/>
        <w:t xml:space="preserve">Bedarfsgemeinschaftsnummer: </w:t>
      </w:r>
      <w:r>
        <w:rPr>
          <w:shd w:val="clear" w:color="auto" w:fill="F9DDC4"/>
        </w:rPr>
        <w:t>[BG-Nummer]</w:t>
      </w:r>
    </w:p>
    <w:p>
      <w:pPr>
        <w:spacing w:after="120"/>
      </w:pPr>
      <w:r>
        <w:rPr/>
        <w:t>Sehr geehrte Damen und Herren,</w:t>
      </w:r>
    </w:p>
    <w:p>
      <w:pPr>
        <w:spacing w:after="120"/>
      </w:pPr>
      <w:r>
        <w:rPr/>
        <w:t xml:space="preserve">ich beantrage die Zusicherung, die Aufwendungen für folgende Wohnung anzuerkennen: </w:t>
      </w:r>
      <w:r>
        <w:rPr>
          <w:shd w:val="clear" w:color="auto" w:fill="F9DDC4"/>
        </w:rPr>
        <w:t>[Anschrift der neuen Wohnung]</w:t>
      </w:r>
      <w:r>
        <w:rPr/>
        <w:t xml:space="preserve">, </w:t>
      </w:r>
      <w:r>
        <w:rPr>
          <w:shd w:val="clear" w:color="auto" w:fill="F9DDC4"/>
        </w:rPr>
        <w:t>[Wohnfläche]</w:t>
      </w:r>
      <w:r>
        <w:rPr/>
        <w:t xml:space="preserve"> m², Nettokaltmiete </w:t>
      </w:r>
      <w:r>
        <w:rPr>
          <w:shd w:val="clear" w:color="auto" w:fill="F9DDC4"/>
        </w:rPr>
        <w:t>[Nettokaltmiete]</w:t>
      </w:r>
      <w:r>
        <w:rPr/>
        <w:t xml:space="preserve"> €, kalte Betriebskosten </w:t>
      </w:r>
      <w:r>
        <w:rPr>
          <w:shd w:val="clear" w:color="auto" w:fill="F9DDC4"/>
        </w:rPr>
        <w:t>[Betriebskosten]</w:t>
      </w:r>
      <w:r>
        <w:rPr/>
        <w:t xml:space="preserve"> €, Heizkosten </w:t>
      </w:r>
      <w:r>
        <w:rPr>
          <w:shd w:val="clear" w:color="auto" w:fill="F9DDC4"/>
        </w:rPr>
        <w:t>[Heizkosten]</w:t>
      </w:r>
      <w:r>
        <w:rPr/>
        <w:t xml:space="preserve"> € im Monat, Mietbeginn frühestens am </w:t>
      </w:r>
      <w:r>
        <w:rPr>
          <w:shd w:val="clear" w:color="auto" w:fill="F9DDC4"/>
        </w:rPr>
        <w:t>[Mietbeginn]</w:t>
      </w:r>
      <w:r>
        <w:rPr/>
        <w:t>. Das ausgefüllte Wohnungsangebot des Vermieters liegt bei.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Ich bin jünger als 25 Jahre und beantrage außerdem die Zusicherung nach § 22 Absatz 5 SGB II.</w:t>
      </w:r>
    </w:p>
    <w:p>
      <w:pPr>
        <w:spacing w:after="120"/>
      </w:pPr>
      <w:r>
        <w:rPr/>
        <w:t>Der Umzug ist aus folgendem Grund erforderlich:</w:t>
      </w:r>
    </w:p>
    <w:p>
      <w:pPr>
        <w:spacing w:after="120"/>
      </w:pPr>
      <w:r>
        <w:rPr>
          <w:shd w:val="clear" w:color="auto" w:fill="F9DDC4"/>
        </w:rPr>
        <w:t>[Begründung des Umzugs in zwei, drei Sätzen]</w:t>
      </w:r>
    </w:p>
    <w:p>
      <w:pPr>
        <w:spacing w:after="120"/>
      </w:pPr>
      <w:r>
        <w:rPr/>
        <w:t xml:space="preserve">Als Nachweis füge ich bei: </w:t>
      </w:r>
      <w:r>
        <w:rPr>
          <w:shd w:val="clear" w:color="auto" w:fill="F9DDC4"/>
        </w:rPr>
        <w:t>[Nachweise, z. B. Attest, Fotos, Mängelanzeige, Arbeitsvertrag]</w:t>
      </w:r>
      <w:r>
        <w:rPr/>
        <w:t>.</w:t>
      </w:r>
    </w:p>
    <w:p>
      <w:pPr>
        <w:spacing w:after="120"/>
      </w:pPr>
      <w:r>
        <w:rPr/>
        <w:t>Außerdem beantrage ich die Zusicherung für die Umzugskosten (</w:t>
      </w:r>
      <w:r>
        <w:rPr>
          <w:rFonts w:ascii="Segoe UI Symbol" w:hAnsi="Segoe UI Symbol"/>
        </w:rPr>
        <w:t>☐</w:t>
      </w:r>
      <w:r>
        <w:rPr/>
        <w:t xml:space="preserve"> Umzug in Selbsthilfe: Mietwagen und Verpflegung für </w:t>
      </w:r>
      <w:r>
        <w:rPr>
          <w:shd w:val="clear" w:color="auto" w:fill="F9DDC4"/>
        </w:rPr>
        <w:t>[Zahl der Helfer]</w:t>
      </w:r>
      <w:r>
        <w:rPr/>
        <w:t xml:space="preserve"> Helfer </w:t>
      </w:r>
      <w:r>
        <w:rPr>
          <w:rFonts w:ascii="Segoe UI Symbol" w:hAnsi="Segoe UI Symbol"/>
        </w:rPr>
        <w:t>☐</w:t>
      </w:r>
      <w:r>
        <w:rPr/>
        <w:t xml:space="preserve"> Umzugsfirma, drei Kostenvoranschläge liegen bei), für die Mietkaution von </w:t>
      </w:r>
      <w:r>
        <w:rPr>
          <w:shd w:val="clear" w:color="auto" w:fill="F9DDC4"/>
        </w:rPr>
        <w:t>[Kaution]</w:t>
      </w:r>
      <w:r>
        <w:rPr/>
        <w:t xml:space="preserve"> € als Darlehen und für die doppelte Miete vom </w:t>
      </w:r>
      <w:r>
        <w:rPr>
          <w:shd w:val="clear" w:color="auto" w:fill="F9DDC4"/>
        </w:rPr>
        <w:t>[Beginn der Doppelmiete]</w:t>
      </w:r>
      <w:r>
        <w:rPr/>
        <w:t xml:space="preserve"> bis zum </w:t>
      </w:r>
      <w:r>
        <w:rPr>
          <w:shd w:val="clear" w:color="auto" w:fill="F9DDC4"/>
        </w:rPr>
        <w:t>[Ende der Doppelmiete]</w:t>
      </w:r>
      <w:r>
        <w:rPr/>
        <w:t xml:space="preserve">, weil </w:t>
      </w:r>
      <w:r>
        <w:rPr>
          <w:shd w:val="clear" w:color="auto" w:fill="F9DDC4"/>
        </w:rPr>
        <w:t>[Grund für die doppelte Miete, etwa die Kündigungsfrist der bisherigen Wohnung]</w:t>
      </w:r>
      <w:r>
        <w:rPr/>
        <w:t>.</w:t>
      </w:r>
    </w:p>
    <w:p>
      <w:pPr>
        <w:spacing w:after="120"/>
      </w:pPr>
      <w:r>
        <w:rPr/>
        <w:t xml:space="preserve">Bitte entscheiden Sie bis zum </w:t>
      </w:r>
      <w:r>
        <w:rPr>
          <w:shd w:val="clear" w:color="auto" w:fill="F9DDC4"/>
        </w:rPr>
        <w:t>[Frist für die Entscheidung]</w:t>
      </w:r>
      <w:r>
        <w:rPr/>
        <w:t xml:space="preserve">, weil </w:t>
      </w:r>
      <w:r>
        <w:rPr>
          <w:shd w:val="clear" w:color="auto" w:fill="F9DDC4"/>
        </w:rPr>
        <w:t>[Grund für die Eile, etwa die Frist des Vermieters]</w:t>
      </w:r>
      <w:r>
        <w:rPr/>
        <w:t>.</w:t>
      </w:r>
    </w:p>
    <w:p>
      <w:pPr>
        <w:spacing w:after="120"/>
      </w:pPr>
      <w:r>
        <w:rPr/>
        <w:t>Mit freundlichen Grüßen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</w:t>
            </w:r>
          </w:p>
        </w:tc>
        <w:tc>
          <w:tcPr>
            <w:tcW w:type="dxa" w:w="4819"/>
          </w:tcPr>
          <w:p/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Antrag auf Zusicherung und Übernahme der Umzugskosten</dc:title>
  <dc:subject/>
  <dc:creator>umzugmuecke.de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