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shd w:val="clear" w:color="auto" w:fill="F9DDC4"/>
        </w:rPr>
        <w:t>[Vor- und Nachname der Sorgeberechtigten]</w:t>
      </w:r>
    </w:p>
    <w:p>
      <w:pPr>
        <w:spacing w:after="120"/>
      </w:pPr>
      <w:r>
        <w:rPr>
          <w:shd w:val="clear" w:color="auto" w:fill="F9DDC4"/>
        </w:rPr>
        <w:t>[neue Anschrift]</w:t>
      </w:r>
    </w:p>
    <w:p>
      <w:pPr>
        <w:spacing w:after="120"/>
      </w:pPr>
      <w:r>
        <w:rPr>
          <w:shd w:val="clear" w:color="auto" w:fill="F9DDC4"/>
        </w:rPr>
        <w:t>[Telefonnummer, E-Mail]</w:t>
      </w:r>
    </w:p>
    <w:p>
      <w:pPr>
        <w:spacing w:after="120"/>
      </w:pPr>
      <w:r>
        <w:rPr/>
        <w:t xml:space="preserve">An: </w:t>
      </w:r>
      <w:r>
        <w:rPr>
          <w:shd w:val="clear" w:color="auto" w:fill="F9DDC4"/>
        </w:rPr>
        <w:t>[Schulamt des Bezirks oder Staatliches Schulamt, Anschrift]</w:t>
      </w:r>
    </w:p>
    <w:p>
      <w:pPr>
        <w:spacing w:after="120"/>
      </w:pPr>
      <w:r>
        <w:rPr/>
        <w:t xml:space="preserve">Nachrichtlich: </w:t>
      </w:r>
      <w:r>
        <w:rPr>
          <w:shd w:val="clear" w:color="auto" w:fill="F9DDC4"/>
        </w:rPr>
        <w:t>[Schulleitung der bisherigen Schule]</w:t>
      </w:r>
    </w:p>
    <w:p>
      <w:pPr>
        <w:spacing w:after="120"/>
      </w:pPr>
      <w:r>
        <w:rPr>
          <w:shd w:val="clear" w:color="auto" w:fill="F9DDC4"/>
        </w:rPr>
        <w:t>[Ort, Datum]</w:t>
      </w:r>
    </w:p>
    <w:p>
      <w:pPr>
        <w:keepNext/>
        <w:spacing w:after="120" w:before="160"/>
      </w:pPr>
      <w:r>
        <w:rPr>
          <w:b/>
        </w:rPr>
        <w:t xml:space="preserve">Verbleib von </w:t>
      </w:r>
      <w:r>
        <w:rPr>
          <w:shd w:val="clear" w:color="auto" w:fill="F9DDC4"/>
        </w:rPr>
        <w:t>[Vor- und Nachname des Kindes]</w:t>
      </w:r>
      <w:r>
        <w:rPr>
          <w:b/>
        </w:rPr>
        <w:t xml:space="preserve">, geboren am </w:t>
      </w:r>
      <w:r>
        <w:rPr>
          <w:shd w:val="clear" w:color="auto" w:fill="F9DDC4"/>
        </w:rPr>
        <w:t>[Geburtsdatum des Kindes]</w:t>
      </w:r>
      <w:r>
        <w:rPr>
          <w:b/>
        </w:rPr>
        <w:t xml:space="preserve">, an der </w:t>
      </w:r>
      <w:r>
        <w:rPr>
          <w:shd w:val="clear" w:color="auto" w:fill="F9DDC4"/>
        </w:rPr>
        <w:t>[Name der bisherigen Schule]</w:t>
      </w:r>
    </w:p>
    <w:p>
      <w:pPr>
        <w:spacing w:after="120"/>
      </w:pPr>
      <w:r>
        <w:rPr/>
        <w:t>Sehr geehrte Damen und Herren,</w:t>
      </w:r>
    </w:p>
    <w:p>
      <w:pPr>
        <w:spacing w:after="120"/>
      </w:pPr>
      <w:r>
        <w:rPr/>
        <w:t xml:space="preserve">unser Kind besucht derzeit die Klasse </w:t>
      </w:r>
      <w:r>
        <w:rPr>
          <w:shd w:val="clear" w:color="auto" w:fill="F9DDC4"/>
        </w:rPr>
        <w:t>[Klasse]</w:t>
      </w:r>
      <w:r>
        <w:rPr/>
        <w:t xml:space="preserve"> der </w:t>
      </w:r>
      <w:r>
        <w:rPr>
          <w:shd w:val="clear" w:color="auto" w:fill="F9DDC4"/>
        </w:rPr>
        <w:t>[Name der bisherigen Schule]</w:t>
      </w:r>
      <w:r>
        <w:rPr/>
        <w:t xml:space="preserve">. Am </w:t>
      </w:r>
      <w:r>
        <w:rPr>
          <w:shd w:val="clear" w:color="auto" w:fill="F9DDC4"/>
        </w:rPr>
        <w:t>[Umzugsdatum]</w:t>
      </w:r>
      <w:r>
        <w:rPr/>
        <w:t xml:space="preserve"> ziehen wir von </w:t>
      </w:r>
      <w:r>
        <w:rPr>
          <w:shd w:val="clear" w:color="auto" w:fill="F9DDC4"/>
        </w:rPr>
        <w:t>[bisherige Anschrift]</w:t>
      </w:r>
      <w:r>
        <w:rPr/>
        <w:t xml:space="preserve"> nach </w:t>
      </w:r>
      <w:r>
        <w:rPr>
          <w:shd w:val="clear" w:color="auto" w:fill="F9DDC4"/>
        </w:rPr>
        <w:t>[neue Anschrift]</w:t>
      </w:r>
      <w:r>
        <w:rPr/>
        <w:t xml:space="preserve">. Für die neue Wohnung ist die </w:t>
      </w:r>
      <w:r>
        <w:rPr>
          <w:shd w:val="clear" w:color="auto" w:fill="F9DDC4"/>
        </w:rPr>
        <w:t>[Name der zuständigen Schule am neuen Wohnort]</w:t>
      </w:r>
      <w:r>
        <w:rPr/>
        <w:t xml:space="preserve"> zuständig.</w:t>
      </w:r>
    </w:p>
    <w:p>
      <w:pPr>
        <w:spacing w:after="120"/>
      </w:pPr>
      <w:r>
        <w:rPr/>
        <w:t xml:space="preserve">Wir </w:t>
      </w:r>
      <w:r>
        <w:rPr>
          <w:rFonts w:ascii="Segoe UI Symbol" w:hAnsi="Segoe UI Symbol"/>
        </w:rPr>
        <w:t>☐</w:t>
      </w:r>
      <w:r>
        <w:rPr/>
        <w:t xml:space="preserve"> beantragen </w:t>
      </w:r>
      <w:r>
        <w:rPr>
          <w:rFonts w:ascii="Segoe UI Symbol" w:hAnsi="Segoe UI Symbol"/>
        </w:rPr>
        <w:t>☐</w:t>
      </w:r>
      <w:r>
        <w:rPr/>
        <w:t xml:space="preserve"> bitten um Bestätigung, dass unser Kind die bisherige Schule nach dem Umzug weiter besucht, und zwar </w:t>
      </w:r>
      <w:r>
        <w:rPr>
          <w:shd w:val="clear" w:color="auto" w:fill="F9DDC4"/>
        </w:rPr>
        <w:t>[Zeitraum, zum Beispiel bis zum Ende der Grundschulzeit]</w:t>
      </w:r>
      <w:r>
        <w:rPr/>
        <w:t>.</w:t>
      </w:r>
    </w:p>
    <w:p>
      <w:pPr>
        <w:spacing w:after="120"/>
      </w:pPr>
      <w:r>
        <w:rPr/>
        <w:t>Rechtsgrundlage:</w:t>
      </w:r>
    </w:p>
    <w:p>
      <w:pPr>
        <w:spacing w:after="120"/>
      </w:pPr>
      <w:r>
        <w:rPr>
          <w:rFonts w:ascii="Segoe UI Symbol" w:hAnsi="Segoe UI Symbol"/>
        </w:rPr>
        <w:t>☐</w:t>
      </w:r>
      <w:r>
        <w:rPr/>
        <w:t xml:space="preserve"> § 55a Absatz 7 Satz 2 Schulgesetz für das Land Berlin (Umzug innerhalb Berlins)</w:t>
      </w:r>
    </w:p>
    <w:p>
      <w:pPr>
        <w:spacing w:after="120"/>
      </w:pPr>
      <w:r>
        <w:rPr>
          <w:rFonts w:ascii="Segoe UI Symbol" w:hAnsi="Segoe UI Symbol"/>
        </w:rPr>
        <w:t>☐</w:t>
      </w:r>
      <w:r>
        <w:rPr/>
        <w:t xml:space="preserve"> § 106 Absatz 4 Brandenburgisches Schulgesetz in Verbindung mit Nummer 5 Absatz 3 </w:t>
      </w:r>
      <w:r>
        <w:rPr/>
        <w:t>VV-GV</w:t>
      </w:r>
      <w:r>
        <w:rPr/>
        <w:t xml:space="preserve"> (Umzug innerhalb Brandenburgs)</w:t>
      </w:r>
    </w:p>
    <w:p>
      <w:pPr>
        <w:spacing w:after="120"/>
      </w:pPr>
      <w:r>
        <w:rPr>
          <w:rFonts w:ascii="Segoe UI Symbol" w:hAnsi="Segoe UI Symbol"/>
        </w:rPr>
        <w:t>☐</w:t>
      </w:r>
      <w:r>
        <w:rPr/>
        <w:t xml:space="preserve"> Nummer 6 Absatz 3 </w:t>
      </w:r>
      <w:r>
        <w:rPr/>
        <w:t>VV-Gastschülerverfahren</w:t>
      </w:r>
      <w:r>
        <w:rPr/>
        <w:t xml:space="preserve"> (Umzug von Berlin nach Brandenburg)</w:t>
      </w:r>
    </w:p>
    <w:p>
      <w:pPr>
        <w:spacing w:after="120"/>
      </w:pPr>
      <w:r>
        <w:rPr>
          <w:rFonts w:ascii="Segoe UI Symbol" w:hAnsi="Segoe UI Symbol"/>
        </w:rPr>
        <w:t>☐</w:t>
      </w:r>
      <w:r>
        <w:rPr/>
        <w:t xml:space="preserve"> Nummer 6 Absatz 2 </w:t>
      </w:r>
      <w:r>
        <w:rPr/>
        <w:t>VV-Gastschülerverfahren</w:t>
      </w:r>
      <w:r>
        <w:rPr/>
        <w:t xml:space="preserve"> (Umzug von Brandenburg nach Berlin)</w:t>
      </w:r>
    </w:p>
    <w:p>
      <w:pPr>
        <w:spacing w:after="120"/>
      </w:pPr>
      <w:r>
        <w:rPr/>
        <w:t>Unser Anliegen begründen wir so:</w:t>
      </w:r>
    </w:p>
    <w:p>
      <w:pPr>
        <w:spacing w:after="120"/>
      </w:pPr>
      <w:r>
        <w:rPr/>
        <w:t xml:space="preserve">Schulweg: </w:t>
      </w:r>
      <w:r>
        <w:rPr>
          <w:shd w:val="clear" w:color="auto" w:fill="F9DDC4"/>
        </w:rPr>
        <w:t>[Verkehrsmittel, Fahrzeit in Minuten, Zahl der Umstiege]</w:t>
      </w:r>
    </w:p>
    <w:p>
      <w:pPr>
        <w:spacing w:after="120"/>
      </w:pPr>
      <w:r>
        <w:rPr/>
        <w:t xml:space="preserve">Betreuung: </w:t>
      </w:r>
      <w:r>
        <w:rPr>
          <w:shd w:val="clear" w:color="auto" w:fill="F9DDC4"/>
        </w:rPr>
        <w:t>[zum Beispiel Hort an der Schule, Abholung durch Großeltern in Schulnähe]</w:t>
      </w:r>
    </w:p>
    <w:p>
      <w:pPr>
        <w:spacing w:after="120"/>
      </w:pPr>
      <w:r>
        <w:rPr/>
        <w:t xml:space="preserve">Weitere Gründe: </w:t>
      </w:r>
      <w:r>
        <w:rPr>
          <w:shd w:val="clear" w:color="auto" w:fill="F9DDC4"/>
        </w:rPr>
        <w:t>[zum Beispiel Geschwisterkind in Klasse …, Fremdsprachenangebot, Förderbedarf, Abschlussprüfung]</w:t>
      </w:r>
    </w:p>
    <w:p>
      <w:pPr>
        <w:spacing w:after="120"/>
      </w:pPr>
      <w:r>
        <w:rPr/>
        <w:t xml:space="preserve">Als Anlagen fügen wir bei: </w:t>
      </w:r>
      <w:r>
        <w:rPr>
          <w:shd w:val="clear" w:color="auto" w:fill="F9DDC4"/>
        </w:rPr>
        <w:t>[Meldebestätigung oder Nachweis über den Umzug, Nachweise zu den Gründen]</w:t>
      </w:r>
    </w:p>
    <w:p>
      <w:pPr>
        <w:spacing w:after="120"/>
      </w:pPr>
      <w:r>
        <w:rPr/>
        <w:t>Bitte teilen Sie uns Ihre Entscheidung oder Bestätigung schriftlich mit.</w:t>
      </w:r>
    </w:p>
    <w:p>
      <w:pPr>
        <w:spacing w:after="120"/>
      </w:pPr>
      <w:r>
        <w:rPr/>
        <w:t>Mit freundlichen Grüßen</w:t>
      </w:r>
    </w:p>
    <w:tbl>
      <w:tblPr>
        <w:tblW w:type="dxa" w:w="9638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keepNext/>
              <w:spacing w:before="560" w:after="0"/>
            </w:pPr>
            <w:r>
              <w:t>____________________________________</w:t>
            </w:r>
          </w:p>
          <w:p>
            <w:pPr>
              <w:spacing w:after="80"/>
            </w:pPr>
            <w:r>
              <w:rPr>
                <w:color w:val="5A5A5A"/>
                <w:sz w:val="17"/>
              </w:rPr>
              <w:t>Unterschrift erste sorgeberechtigte Person</w:t>
            </w:r>
          </w:p>
        </w:tc>
        <w:tc>
          <w:tcPr>
            <w:tcW w:type="dxa" w:w="4819"/>
          </w:tcPr>
          <w:p>
            <w:pPr>
              <w:keepNext/>
              <w:spacing w:before="560" w:after="0"/>
            </w:pPr>
            <w:r>
              <w:t>____________________________________</w:t>
            </w:r>
          </w:p>
          <w:p>
            <w:pPr>
              <w:spacing w:after="80"/>
            </w:pPr>
            <w:r>
              <w:rPr>
                <w:color w:val="5A5A5A"/>
                <w:sz w:val="17"/>
              </w:rPr>
              <w:t>Unterschrift zweite sorgeberechtigte Person</w:t>
            </w:r>
          </w:p>
        </w:tc>
      </w:tr>
    </w:tbl>
    <w:p>
      <w:pPr>
        <w:spacing w:after="40"/>
      </w:pP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Schulverbleib nach dem Umzug</dc:title>
  <dc:subject/>
  <dc:creator>umzugmuecke.de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